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2C4CB" w14:textId="31812759" w:rsidR="000B7477" w:rsidRPr="006B2A46" w:rsidRDefault="00907C9C" w:rsidP="000B7477">
      <w:pPr>
        <w:jc w:val="center"/>
        <w:rPr>
          <w:sz w:val="24"/>
          <w:szCs w:val="24"/>
          <w:lang w:eastAsia="ja-JP"/>
        </w:rPr>
      </w:pPr>
      <w:r>
        <w:rPr>
          <w:rFonts w:hint="eastAsia"/>
          <w:b/>
          <w:sz w:val="24"/>
          <w:szCs w:val="24"/>
          <w:lang w:eastAsia="ja-JP"/>
        </w:rPr>
        <w:t>抗</w:t>
      </w:r>
      <w:r w:rsidR="000B7477" w:rsidRPr="006B2A46">
        <w:rPr>
          <w:b/>
          <w:sz w:val="24"/>
          <w:szCs w:val="24"/>
          <w:lang w:eastAsia="ja-JP"/>
        </w:rPr>
        <w:t>インフルエンザ</w:t>
      </w:r>
      <w:r>
        <w:rPr>
          <w:rFonts w:hint="eastAsia"/>
          <w:b/>
          <w:sz w:val="24"/>
          <w:szCs w:val="24"/>
          <w:lang w:eastAsia="ja-JP"/>
        </w:rPr>
        <w:t>薬</w:t>
      </w:r>
      <w:r w:rsidR="000B7477" w:rsidRPr="006B2A46">
        <w:rPr>
          <w:b/>
          <w:sz w:val="24"/>
          <w:szCs w:val="24"/>
          <w:lang w:eastAsia="ja-JP"/>
        </w:rPr>
        <w:t>吸入指導報告書</w:t>
      </w:r>
      <w:r w:rsidR="006173CD">
        <w:rPr>
          <w:rFonts w:hint="eastAsia"/>
          <w:b/>
          <w:sz w:val="24"/>
          <w:szCs w:val="24"/>
          <w:lang w:eastAsia="ja-JP"/>
        </w:rPr>
        <w:t>（イナビル</w:t>
      </w:r>
      <w:r w:rsidR="00785828">
        <w:rPr>
          <w:rFonts w:hint="eastAsia"/>
          <w:b/>
          <w:sz w:val="24"/>
          <w:szCs w:val="24"/>
          <w:lang w:eastAsia="ja-JP"/>
        </w:rPr>
        <w:t>吸入粉末剤用</w:t>
      </w:r>
      <w:r w:rsidR="006173CD">
        <w:rPr>
          <w:rFonts w:hint="eastAsia"/>
          <w:b/>
          <w:sz w:val="24"/>
          <w:szCs w:val="24"/>
          <w:lang w:eastAsia="ja-JP"/>
        </w:rPr>
        <w:t>）</w:t>
      </w:r>
    </w:p>
    <w:p w14:paraId="5C5475D6" w14:textId="77777777" w:rsidR="000B7477" w:rsidRDefault="000B7477" w:rsidP="000B7477">
      <w:pPr>
        <w:jc w:val="right"/>
      </w:pPr>
      <w:proofErr w:type="spellStart"/>
      <w:r>
        <w:t>報告日</w:t>
      </w:r>
      <w:proofErr w:type="spellEnd"/>
      <w:r>
        <w:t xml:space="preserve">　　　年　　　月　　　日</w:t>
      </w:r>
    </w:p>
    <w:tbl>
      <w:tblPr>
        <w:tblStyle w:val="afe"/>
        <w:tblW w:w="9215" w:type="dxa"/>
        <w:tblInd w:w="-176" w:type="dxa"/>
        <w:tblLook w:val="04A0" w:firstRow="1" w:lastRow="0" w:firstColumn="1" w:lastColumn="0" w:noHBand="0" w:noVBand="1"/>
      </w:tblPr>
      <w:tblGrid>
        <w:gridCol w:w="1560"/>
        <w:gridCol w:w="2835"/>
        <w:gridCol w:w="1418"/>
        <w:gridCol w:w="3402"/>
      </w:tblGrid>
      <w:tr w:rsidR="006B2A46" w14:paraId="76D59B8C" w14:textId="77777777" w:rsidTr="006B2A46">
        <w:tc>
          <w:tcPr>
            <w:tcW w:w="1560" w:type="dxa"/>
          </w:tcPr>
          <w:p w14:paraId="2F3987A2" w14:textId="77777777" w:rsidR="000B7477" w:rsidRDefault="000B7477" w:rsidP="00247631">
            <w:proofErr w:type="spellStart"/>
            <w:r>
              <w:t>医療機関名</w:t>
            </w:r>
            <w:proofErr w:type="spellEnd"/>
          </w:p>
        </w:tc>
        <w:tc>
          <w:tcPr>
            <w:tcW w:w="2835" w:type="dxa"/>
          </w:tcPr>
          <w:p w14:paraId="4D15131D" w14:textId="77777777" w:rsidR="000B7477" w:rsidRDefault="000B7477" w:rsidP="00247631">
            <w:pPr>
              <w:jc w:val="center"/>
            </w:pPr>
            <w:proofErr w:type="spellStart"/>
            <w:r>
              <w:t>京丹後市立久美浜病院</w:t>
            </w:r>
            <w:proofErr w:type="spellEnd"/>
          </w:p>
        </w:tc>
        <w:tc>
          <w:tcPr>
            <w:tcW w:w="1418" w:type="dxa"/>
          </w:tcPr>
          <w:p w14:paraId="3C8B2164" w14:textId="6302D6A4" w:rsidR="000B7477" w:rsidRDefault="000B7477" w:rsidP="00247631">
            <w:proofErr w:type="spellStart"/>
            <w:r>
              <w:t>薬局名</w:t>
            </w:r>
            <w:proofErr w:type="spellEnd"/>
          </w:p>
        </w:tc>
        <w:tc>
          <w:tcPr>
            <w:tcW w:w="3402" w:type="dxa"/>
          </w:tcPr>
          <w:p w14:paraId="408CDBB6" w14:textId="77777777" w:rsidR="000B7477" w:rsidRDefault="000B7477" w:rsidP="00247631"/>
        </w:tc>
      </w:tr>
      <w:tr w:rsidR="006B2A46" w14:paraId="1F4DE34C" w14:textId="77777777" w:rsidTr="006B2A46">
        <w:tc>
          <w:tcPr>
            <w:tcW w:w="1560" w:type="dxa"/>
          </w:tcPr>
          <w:p w14:paraId="7BBD402B" w14:textId="77777777" w:rsidR="000B7477" w:rsidRDefault="000B7477" w:rsidP="00247631">
            <w:proofErr w:type="spellStart"/>
            <w:r>
              <w:t>診療科</w:t>
            </w:r>
            <w:proofErr w:type="spellEnd"/>
          </w:p>
        </w:tc>
        <w:tc>
          <w:tcPr>
            <w:tcW w:w="2835" w:type="dxa"/>
          </w:tcPr>
          <w:p w14:paraId="2653AAA2" w14:textId="77777777" w:rsidR="000B7477" w:rsidRDefault="000B7477" w:rsidP="00247631"/>
        </w:tc>
        <w:tc>
          <w:tcPr>
            <w:tcW w:w="1418" w:type="dxa"/>
          </w:tcPr>
          <w:p w14:paraId="72C5C9D0" w14:textId="04103E68" w:rsidR="000B7477" w:rsidRDefault="000B7477" w:rsidP="00247631">
            <w:r>
              <w:rPr>
                <w:rFonts w:hint="eastAsia"/>
                <w:lang w:eastAsia="ja-JP"/>
              </w:rPr>
              <w:t>指導薬剤師</w:t>
            </w:r>
          </w:p>
        </w:tc>
        <w:tc>
          <w:tcPr>
            <w:tcW w:w="3402" w:type="dxa"/>
          </w:tcPr>
          <w:p w14:paraId="28DC1CE9" w14:textId="77777777" w:rsidR="000B7477" w:rsidRDefault="000B7477" w:rsidP="00247631"/>
        </w:tc>
      </w:tr>
      <w:tr w:rsidR="000B7477" w14:paraId="39C2D887" w14:textId="77777777" w:rsidTr="006B2A46">
        <w:tc>
          <w:tcPr>
            <w:tcW w:w="1560" w:type="dxa"/>
          </w:tcPr>
          <w:p w14:paraId="220DF357" w14:textId="7CCC7AEA" w:rsidR="000B7477" w:rsidRDefault="000B7477" w:rsidP="00247631">
            <w:proofErr w:type="spellStart"/>
            <w:r>
              <w:t>主治医</w:t>
            </w:r>
            <w:proofErr w:type="spellEnd"/>
          </w:p>
        </w:tc>
        <w:tc>
          <w:tcPr>
            <w:tcW w:w="2835" w:type="dxa"/>
          </w:tcPr>
          <w:p w14:paraId="0C3D27C0" w14:textId="77777777" w:rsidR="000B7477" w:rsidRDefault="000B7477" w:rsidP="00247631"/>
        </w:tc>
        <w:tc>
          <w:tcPr>
            <w:tcW w:w="1418" w:type="dxa"/>
          </w:tcPr>
          <w:p w14:paraId="212AADBE" w14:textId="63E613A7" w:rsidR="000B7477" w:rsidRDefault="000B7477" w:rsidP="00247631">
            <w:proofErr w:type="spellStart"/>
            <w:r>
              <w:t>指導日</w:t>
            </w:r>
            <w:proofErr w:type="spellEnd"/>
          </w:p>
        </w:tc>
        <w:tc>
          <w:tcPr>
            <w:tcW w:w="3402" w:type="dxa"/>
          </w:tcPr>
          <w:p w14:paraId="7D582650" w14:textId="2761E059" w:rsidR="000B7477" w:rsidRDefault="000B7477" w:rsidP="000B7477">
            <w:pPr>
              <w:jc w:val="right"/>
            </w:pPr>
            <w:r>
              <w:t>年</w:t>
            </w:r>
            <w:r>
              <w:rPr>
                <w:rFonts w:hint="eastAsia"/>
                <w:lang w:eastAsia="ja-JP"/>
              </w:rPr>
              <w:t xml:space="preserve">　　</w:t>
            </w:r>
            <w:r>
              <w:t xml:space="preserve">　月</w:t>
            </w:r>
            <w:r>
              <w:rPr>
                <w:rFonts w:hint="eastAsia"/>
                <w:lang w:eastAsia="ja-JP"/>
              </w:rPr>
              <w:t xml:space="preserve">　</w:t>
            </w:r>
            <w:r w:rsidR="00066E12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 xml:space="preserve">　</w:t>
            </w:r>
            <w:r>
              <w:t>日</w:t>
            </w:r>
          </w:p>
        </w:tc>
      </w:tr>
      <w:tr w:rsidR="006B2A46" w14:paraId="3F18A845" w14:textId="77777777" w:rsidTr="006B2A46">
        <w:tc>
          <w:tcPr>
            <w:tcW w:w="1560" w:type="dxa"/>
          </w:tcPr>
          <w:p w14:paraId="0A15AD7C" w14:textId="77777777" w:rsidR="000B7477" w:rsidRDefault="000B7477" w:rsidP="00247631">
            <w:proofErr w:type="spellStart"/>
            <w:r>
              <w:t>患者</w:t>
            </w:r>
            <w:r>
              <w:t>ID</w:t>
            </w:r>
            <w:proofErr w:type="spellEnd"/>
          </w:p>
        </w:tc>
        <w:tc>
          <w:tcPr>
            <w:tcW w:w="2835" w:type="dxa"/>
          </w:tcPr>
          <w:p w14:paraId="7CAD1D79" w14:textId="77777777" w:rsidR="000B7477" w:rsidRDefault="000B7477" w:rsidP="00247631"/>
        </w:tc>
        <w:tc>
          <w:tcPr>
            <w:tcW w:w="1418" w:type="dxa"/>
          </w:tcPr>
          <w:p w14:paraId="1850AA56" w14:textId="3F952CC4" w:rsidR="000B7477" w:rsidRDefault="000B7477" w:rsidP="00247631"/>
        </w:tc>
        <w:tc>
          <w:tcPr>
            <w:tcW w:w="3402" w:type="dxa"/>
          </w:tcPr>
          <w:p w14:paraId="69A376FD" w14:textId="4E22B9DD" w:rsidR="000B7477" w:rsidRDefault="000B7477" w:rsidP="00247631">
            <w:pPr>
              <w:rPr>
                <w:lang w:eastAsia="ja-JP"/>
              </w:rPr>
            </w:pPr>
          </w:p>
        </w:tc>
      </w:tr>
      <w:tr w:rsidR="000B7477" w14:paraId="48C5877D" w14:textId="77777777" w:rsidTr="006B2A46">
        <w:tc>
          <w:tcPr>
            <w:tcW w:w="1560" w:type="dxa"/>
          </w:tcPr>
          <w:p w14:paraId="5608002F" w14:textId="24A420A9" w:rsidR="000B7477" w:rsidRDefault="000B7477" w:rsidP="00247631">
            <w:proofErr w:type="spellStart"/>
            <w:r>
              <w:t>患者名</w:t>
            </w:r>
            <w:proofErr w:type="spellEnd"/>
          </w:p>
        </w:tc>
        <w:tc>
          <w:tcPr>
            <w:tcW w:w="2835" w:type="dxa"/>
          </w:tcPr>
          <w:p w14:paraId="0BFBFDCB" w14:textId="77777777" w:rsidR="000B7477" w:rsidRDefault="000B7477" w:rsidP="00247631"/>
        </w:tc>
        <w:tc>
          <w:tcPr>
            <w:tcW w:w="1418" w:type="dxa"/>
          </w:tcPr>
          <w:p w14:paraId="5D440BBE" w14:textId="5AF42380" w:rsidR="000B7477" w:rsidRDefault="000B7477" w:rsidP="00247631"/>
        </w:tc>
        <w:tc>
          <w:tcPr>
            <w:tcW w:w="3402" w:type="dxa"/>
          </w:tcPr>
          <w:p w14:paraId="16835E4E" w14:textId="77777777" w:rsidR="000B7477" w:rsidRDefault="000B7477" w:rsidP="00247631"/>
        </w:tc>
      </w:tr>
      <w:tr w:rsidR="006B2A46" w14:paraId="2936507D" w14:textId="77777777" w:rsidTr="006B2A46">
        <w:tc>
          <w:tcPr>
            <w:tcW w:w="1560" w:type="dxa"/>
          </w:tcPr>
          <w:p w14:paraId="2FFC292C" w14:textId="77777777" w:rsidR="000B7477" w:rsidRDefault="000B7477" w:rsidP="00247631">
            <w:proofErr w:type="spellStart"/>
            <w:r>
              <w:t>処方箋発行日</w:t>
            </w:r>
            <w:proofErr w:type="spellEnd"/>
          </w:p>
        </w:tc>
        <w:tc>
          <w:tcPr>
            <w:tcW w:w="2835" w:type="dxa"/>
          </w:tcPr>
          <w:p w14:paraId="77C4491C" w14:textId="0C29E90D" w:rsidR="000B7477" w:rsidRDefault="000B7477" w:rsidP="000B7477">
            <w:pPr>
              <w:jc w:val="right"/>
            </w:pPr>
            <w:r>
              <w:t xml:space="preserve">　　年　</w:t>
            </w:r>
            <w:r>
              <w:rPr>
                <w:rFonts w:hint="eastAsia"/>
                <w:lang w:eastAsia="ja-JP"/>
              </w:rPr>
              <w:t xml:space="preserve">　</w:t>
            </w:r>
            <w:r>
              <w:t>月</w:t>
            </w:r>
            <w:r>
              <w:rPr>
                <w:rFonts w:hint="eastAsia"/>
                <w:lang w:eastAsia="ja-JP"/>
              </w:rPr>
              <w:t xml:space="preserve">　</w:t>
            </w:r>
            <w:r>
              <w:t xml:space="preserve">　日</w:t>
            </w:r>
          </w:p>
        </w:tc>
        <w:tc>
          <w:tcPr>
            <w:tcW w:w="1418" w:type="dxa"/>
          </w:tcPr>
          <w:p w14:paraId="4035A5FE" w14:textId="33ABE111" w:rsidR="000B7477" w:rsidRDefault="000B7477" w:rsidP="00247631"/>
        </w:tc>
        <w:tc>
          <w:tcPr>
            <w:tcW w:w="3402" w:type="dxa"/>
          </w:tcPr>
          <w:p w14:paraId="652DCDA0" w14:textId="7F5BD26A" w:rsidR="000B7477" w:rsidRDefault="000B7477" w:rsidP="00247631">
            <w:pPr>
              <w:rPr>
                <w:lang w:eastAsia="ja-JP"/>
              </w:rPr>
            </w:pPr>
            <w:r>
              <w:t xml:space="preserve">　</w:t>
            </w:r>
            <w:r>
              <w:rPr>
                <w:rFonts w:hint="eastAsia"/>
                <w:lang w:eastAsia="ja-JP"/>
              </w:rPr>
              <w:t xml:space="preserve">　　　　　　　　</w:t>
            </w:r>
          </w:p>
        </w:tc>
      </w:tr>
    </w:tbl>
    <w:p w14:paraId="1EEA3CB3" w14:textId="77777777" w:rsidR="0033326C" w:rsidRDefault="0033326C">
      <w:pPr>
        <w:rPr>
          <w:lang w:eastAsia="ja-JP"/>
        </w:rPr>
      </w:pPr>
    </w:p>
    <w:p w14:paraId="0D991D33" w14:textId="7C493103" w:rsidR="00E1401A" w:rsidRPr="0033326C" w:rsidRDefault="006B2A46">
      <w:pPr>
        <w:rPr>
          <w:b/>
          <w:bCs/>
          <w:lang w:eastAsia="ja-JP"/>
        </w:rPr>
      </w:pPr>
      <w:r w:rsidRPr="0033326C">
        <w:rPr>
          <w:b/>
          <w:bCs/>
          <w:lang w:eastAsia="ja-JP"/>
        </w:rPr>
        <w:t>【投与前確認事項】</w:t>
      </w:r>
    </w:p>
    <w:p w14:paraId="4601F59C" w14:textId="2DD49E58" w:rsidR="00E1401A" w:rsidRDefault="000B7477">
      <w:pPr>
        <w:rPr>
          <w:lang w:eastAsia="ja-JP"/>
        </w:rPr>
      </w:pPr>
      <w:r>
        <w:rPr>
          <w:rFonts w:hint="eastAsia"/>
          <w:lang w:eastAsia="ja-JP"/>
        </w:rPr>
        <w:t>・</w:t>
      </w:r>
      <w:r w:rsidR="006B2A46">
        <w:rPr>
          <w:lang w:eastAsia="ja-JP"/>
        </w:rPr>
        <w:t xml:space="preserve"> </w:t>
      </w:r>
      <w:r w:rsidR="006B2A46">
        <w:rPr>
          <w:lang w:eastAsia="ja-JP"/>
        </w:rPr>
        <w:t>乳製品・乳蛋白アレルギー</w:t>
      </w:r>
      <w:r w:rsidR="00F432E1">
        <w:rPr>
          <w:rFonts w:hint="eastAsia"/>
          <w:lang w:eastAsia="ja-JP"/>
        </w:rPr>
        <w:t xml:space="preserve">　</w:t>
      </w:r>
      <w:r w:rsidR="00DD1DD5">
        <w:rPr>
          <w:rFonts w:hint="eastAsia"/>
          <w:lang w:eastAsia="ja-JP"/>
        </w:rPr>
        <w:t>：</w:t>
      </w:r>
      <w:r w:rsidR="001631A1">
        <w:rPr>
          <w:rFonts w:hint="eastAsia"/>
          <w:lang w:eastAsia="ja-JP"/>
        </w:rPr>
        <w:t xml:space="preserve">　</w:t>
      </w:r>
      <w:r w:rsidR="001631A1" w:rsidRPr="00F432E1">
        <w:rPr>
          <w:rFonts w:hint="eastAsia"/>
          <w:u w:val="single"/>
          <w:lang w:eastAsia="ja-JP"/>
        </w:rPr>
        <w:t>□</w:t>
      </w:r>
      <w:r w:rsidR="006B2A46" w:rsidRPr="00F432E1">
        <w:rPr>
          <w:u w:val="single"/>
          <w:lang w:eastAsia="ja-JP"/>
        </w:rPr>
        <w:t>なし</w:t>
      </w:r>
      <w:r w:rsidR="001631A1" w:rsidRPr="00F432E1">
        <w:rPr>
          <w:rFonts w:hint="eastAsia"/>
          <w:u w:val="single"/>
          <w:lang w:eastAsia="ja-JP"/>
        </w:rPr>
        <w:t xml:space="preserve">　</w:t>
      </w:r>
      <w:r w:rsidR="006B2A46" w:rsidRPr="00F432E1">
        <w:rPr>
          <w:u w:val="single"/>
          <w:lang w:eastAsia="ja-JP"/>
        </w:rPr>
        <w:t xml:space="preserve">　</w:t>
      </w:r>
      <w:r w:rsidRPr="00F432E1">
        <w:rPr>
          <w:rFonts w:hint="eastAsia"/>
          <w:u w:val="single"/>
          <w:lang w:eastAsia="ja-JP"/>
        </w:rPr>
        <w:t>□</w:t>
      </w:r>
      <w:r w:rsidR="006B2A46" w:rsidRPr="00F432E1">
        <w:rPr>
          <w:u w:val="single"/>
          <w:lang w:eastAsia="ja-JP"/>
        </w:rPr>
        <w:t>あり</w:t>
      </w:r>
      <w:r w:rsidR="00AB2933" w:rsidRPr="00F432E1">
        <w:rPr>
          <w:rFonts w:hint="eastAsia"/>
          <w:u w:val="single"/>
          <w:lang w:eastAsia="ja-JP"/>
        </w:rPr>
        <w:t>（</w:t>
      </w:r>
      <w:r w:rsidR="006B2A46" w:rsidRPr="00F432E1">
        <w:rPr>
          <w:u w:val="single"/>
          <w:lang w:eastAsia="ja-JP"/>
        </w:rPr>
        <w:t>医師確認済）</w:t>
      </w:r>
      <w:r w:rsidR="001631A1" w:rsidRPr="00F432E1">
        <w:rPr>
          <w:rFonts w:hint="eastAsia"/>
          <w:u w:val="single"/>
          <w:lang w:eastAsia="ja-JP"/>
        </w:rPr>
        <w:t xml:space="preserve">　</w:t>
      </w:r>
      <w:r w:rsidR="006B2A46" w:rsidRPr="00F432E1">
        <w:rPr>
          <w:u w:val="single"/>
          <w:lang w:eastAsia="ja-JP"/>
        </w:rPr>
        <w:t xml:space="preserve">　</w:t>
      </w:r>
      <w:r w:rsidRPr="00F432E1">
        <w:rPr>
          <w:rFonts w:hint="eastAsia"/>
          <w:u w:val="single"/>
          <w:lang w:eastAsia="ja-JP"/>
        </w:rPr>
        <w:t>□</w:t>
      </w:r>
      <w:r w:rsidR="006B2A46" w:rsidRPr="00F432E1">
        <w:rPr>
          <w:u w:val="single"/>
          <w:lang w:eastAsia="ja-JP"/>
        </w:rPr>
        <w:t xml:space="preserve"> </w:t>
      </w:r>
      <w:r w:rsidR="006B2A46" w:rsidRPr="00F432E1">
        <w:rPr>
          <w:u w:val="single"/>
          <w:lang w:eastAsia="ja-JP"/>
        </w:rPr>
        <w:t>不明</w:t>
      </w:r>
    </w:p>
    <w:p w14:paraId="54383178" w14:textId="43945D85" w:rsidR="00E1401A" w:rsidRDefault="000B7477">
      <w:pPr>
        <w:rPr>
          <w:u w:val="single"/>
          <w:lang w:eastAsia="ja-JP"/>
        </w:rPr>
      </w:pPr>
      <w:r>
        <w:rPr>
          <w:rFonts w:hint="eastAsia"/>
          <w:lang w:eastAsia="ja-JP"/>
        </w:rPr>
        <w:t>・</w:t>
      </w:r>
      <w:r w:rsidR="006B2A46">
        <w:rPr>
          <w:lang w:eastAsia="ja-JP"/>
        </w:rPr>
        <w:t>吸入薬使用歴</w:t>
      </w:r>
      <w:r>
        <w:rPr>
          <w:rFonts w:hint="eastAsia"/>
          <w:lang w:eastAsia="ja-JP"/>
        </w:rPr>
        <w:t xml:space="preserve">　</w:t>
      </w:r>
      <w:r w:rsidR="00F432E1">
        <w:rPr>
          <w:rFonts w:hint="eastAsia"/>
          <w:lang w:eastAsia="ja-JP"/>
        </w:rPr>
        <w:t>：</w:t>
      </w:r>
      <w:r>
        <w:rPr>
          <w:rFonts w:hint="eastAsia"/>
          <w:lang w:eastAsia="ja-JP"/>
        </w:rPr>
        <w:t xml:space="preserve">　</w:t>
      </w:r>
      <w:r w:rsidRPr="00F432E1">
        <w:rPr>
          <w:rFonts w:hint="eastAsia"/>
          <w:u w:val="single"/>
          <w:lang w:eastAsia="ja-JP"/>
        </w:rPr>
        <w:t>□</w:t>
      </w:r>
      <w:r w:rsidR="006B2A46" w:rsidRPr="00F432E1">
        <w:rPr>
          <w:u w:val="single"/>
          <w:lang w:eastAsia="ja-JP"/>
        </w:rPr>
        <w:t xml:space="preserve">あり　</w:t>
      </w:r>
      <w:r w:rsidRPr="00F432E1">
        <w:rPr>
          <w:rFonts w:hint="eastAsia"/>
          <w:u w:val="single"/>
          <w:lang w:eastAsia="ja-JP"/>
        </w:rPr>
        <w:t>□</w:t>
      </w:r>
      <w:r w:rsidR="006B2A46" w:rsidRPr="00F432E1">
        <w:rPr>
          <w:u w:val="single"/>
          <w:lang w:eastAsia="ja-JP"/>
        </w:rPr>
        <w:t xml:space="preserve"> </w:t>
      </w:r>
      <w:r w:rsidR="006B2A46" w:rsidRPr="00F432E1">
        <w:rPr>
          <w:u w:val="single"/>
          <w:lang w:eastAsia="ja-JP"/>
        </w:rPr>
        <w:t>なし</w:t>
      </w:r>
    </w:p>
    <w:p w14:paraId="230FE194" w14:textId="77777777" w:rsidR="001C7306" w:rsidRDefault="001C7306">
      <w:pPr>
        <w:rPr>
          <w:lang w:eastAsia="ja-JP"/>
        </w:rPr>
      </w:pPr>
    </w:p>
    <w:p w14:paraId="0ACEB398" w14:textId="3293DE5F" w:rsidR="00E1401A" w:rsidRPr="0033326C" w:rsidRDefault="006B2A46">
      <w:pPr>
        <w:rPr>
          <w:b/>
          <w:bCs/>
          <w:lang w:eastAsia="ja-JP"/>
        </w:rPr>
      </w:pPr>
      <w:r w:rsidRPr="0033326C">
        <w:rPr>
          <w:b/>
          <w:bCs/>
          <w:lang w:eastAsia="ja-JP"/>
        </w:rPr>
        <w:t>【指導内容</w:t>
      </w:r>
      <w:r w:rsidR="000B7477" w:rsidRPr="0033326C">
        <w:rPr>
          <w:rFonts w:hint="eastAsia"/>
          <w:b/>
          <w:bCs/>
          <w:lang w:eastAsia="ja-JP"/>
        </w:rPr>
        <w:t>・方法</w:t>
      </w:r>
      <w:r w:rsidRPr="0033326C">
        <w:rPr>
          <w:b/>
          <w:bCs/>
          <w:lang w:eastAsia="ja-JP"/>
        </w:rPr>
        <w:t>】</w:t>
      </w:r>
    </w:p>
    <w:p w14:paraId="36CC9062" w14:textId="18D582D8" w:rsidR="00E1401A" w:rsidRPr="001621B1" w:rsidRDefault="000B7477" w:rsidP="001621B1">
      <w:pPr>
        <w:rPr>
          <w:sz w:val="21"/>
          <w:szCs w:val="21"/>
          <w:lang w:eastAsia="ja-JP"/>
        </w:rPr>
      </w:pPr>
      <w:r w:rsidRPr="001621B1">
        <w:rPr>
          <w:rFonts w:hint="eastAsia"/>
          <w:sz w:val="21"/>
          <w:szCs w:val="21"/>
          <w:lang w:eastAsia="ja-JP"/>
        </w:rPr>
        <w:t>□</w:t>
      </w:r>
      <w:r w:rsidR="006B2A46" w:rsidRPr="001621B1">
        <w:rPr>
          <w:sz w:val="21"/>
          <w:szCs w:val="21"/>
          <w:lang w:eastAsia="ja-JP"/>
        </w:rPr>
        <w:t>異常行動に関する説明</w:t>
      </w:r>
      <w:r w:rsidRPr="001621B1">
        <w:rPr>
          <w:rFonts w:hint="eastAsia"/>
          <w:sz w:val="21"/>
          <w:szCs w:val="21"/>
          <w:lang w:eastAsia="ja-JP"/>
        </w:rPr>
        <w:t xml:space="preserve">　</w:t>
      </w:r>
      <w:r w:rsidR="006E5633">
        <w:rPr>
          <w:rFonts w:hint="eastAsia"/>
          <w:sz w:val="21"/>
          <w:szCs w:val="21"/>
          <w:lang w:eastAsia="ja-JP"/>
        </w:rPr>
        <w:t xml:space="preserve">　　　　　　　</w:t>
      </w:r>
      <w:r w:rsidRPr="001621B1">
        <w:rPr>
          <w:rFonts w:hint="eastAsia"/>
          <w:sz w:val="21"/>
          <w:szCs w:val="21"/>
          <w:lang w:eastAsia="ja-JP"/>
        </w:rPr>
        <w:t>□</w:t>
      </w:r>
      <w:r w:rsidR="005F1633" w:rsidRPr="001621B1">
        <w:rPr>
          <w:sz w:val="21"/>
          <w:szCs w:val="21"/>
          <w:lang w:eastAsia="ja-JP"/>
        </w:rPr>
        <w:t>療養上の注意事項（登校・出勤・外出等</w:t>
      </w:r>
      <w:r w:rsidR="00632856" w:rsidRPr="001621B1">
        <w:rPr>
          <w:rFonts w:hint="eastAsia"/>
          <w:sz w:val="21"/>
          <w:szCs w:val="21"/>
          <w:lang w:eastAsia="ja-JP"/>
        </w:rPr>
        <w:t>）</w:t>
      </w:r>
    </w:p>
    <w:p w14:paraId="03DDDE35" w14:textId="494339A1" w:rsidR="00E1401A" w:rsidRDefault="001621B1" w:rsidP="001621B1">
      <w:pPr>
        <w:rPr>
          <w:b/>
          <w:bCs/>
          <w:sz w:val="21"/>
          <w:szCs w:val="21"/>
          <w:u w:val="single"/>
          <w:lang w:eastAsia="ja-JP"/>
        </w:rPr>
      </w:pPr>
      <w:r w:rsidRPr="001621B1">
        <w:rPr>
          <w:rFonts w:hint="eastAsia"/>
          <w:sz w:val="21"/>
          <w:szCs w:val="21"/>
          <w:lang w:eastAsia="ja-JP"/>
        </w:rPr>
        <w:t xml:space="preserve">□保護者等への見守りについて説明　</w:t>
      </w:r>
      <w:r w:rsidR="006E5633">
        <w:rPr>
          <w:rFonts w:hint="eastAsia"/>
          <w:sz w:val="21"/>
          <w:szCs w:val="21"/>
          <w:lang w:eastAsia="ja-JP"/>
        </w:rPr>
        <w:t xml:space="preserve">　　</w:t>
      </w:r>
      <w:r w:rsidR="000B7477" w:rsidRPr="001621B1">
        <w:rPr>
          <w:rFonts w:hint="eastAsia"/>
          <w:sz w:val="21"/>
          <w:szCs w:val="21"/>
          <w:u w:val="single"/>
          <w:lang w:eastAsia="ja-JP"/>
        </w:rPr>
        <w:t>□</w:t>
      </w:r>
      <w:r w:rsidR="006B2A46" w:rsidRPr="001621B1">
        <w:rPr>
          <w:b/>
          <w:bCs/>
          <w:sz w:val="21"/>
          <w:szCs w:val="21"/>
          <w:u w:val="single"/>
          <w:lang w:eastAsia="ja-JP"/>
        </w:rPr>
        <w:t>薬剤師立会いによる吸入実施確認（必須）</w:t>
      </w:r>
    </w:p>
    <w:p w14:paraId="48234F80" w14:textId="77777777" w:rsidR="001C7306" w:rsidRPr="001621B1" w:rsidRDefault="001C7306" w:rsidP="001621B1">
      <w:pPr>
        <w:rPr>
          <w:sz w:val="21"/>
          <w:szCs w:val="21"/>
          <w:lang w:eastAsia="ja-JP"/>
        </w:rPr>
      </w:pPr>
    </w:p>
    <w:p w14:paraId="4B26BA05" w14:textId="77777777" w:rsidR="00D064BD" w:rsidRPr="0033326C" w:rsidRDefault="006B2A46" w:rsidP="006B2A46">
      <w:pPr>
        <w:rPr>
          <w:b/>
          <w:bCs/>
          <w:lang w:eastAsia="ja-JP"/>
        </w:rPr>
      </w:pPr>
      <w:r w:rsidRPr="0033326C">
        <w:rPr>
          <w:b/>
          <w:bCs/>
          <w:lang w:eastAsia="ja-JP"/>
        </w:rPr>
        <w:t>【理解度確認】</w:t>
      </w:r>
    </w:p>
    <w:p w14:paraId="3BF7E103" w14:textId="77777777" w:rsidR="006E5633" w:rsidRDefault="006B2A46">
      <w:pPr>
        <w:rPr>
          <w:lang w:eastAsia="ja-JP"/>
        </w:rPr>
      </w:pPr>
      <w:r>
        <w:rPr>
          <w:rFonts w:hint="eastAsia"/>
          <w:lang w:eastAsia="ja-JP"/>
        </w:rPr>
        <w:t xml:space="preserve">□吸入回数（単回投与）の理解　　</w:t>
      </w:r>
    </w:p>
    <w:p w14:paraId="731AA67E" w14:textId="34445183" w:rsidR="008D38FF" w:rsidRDefault="006B2A46">
      <w:pPr>
        <w:rPr>
          <w:lang w:eastAsia="ja-JP"/>
        </w:rPr>
      </w:pPr>
      <w:r>
        <w:rPr>
          <w:rFonts w:hint="eastAsia"/>
          <w:lang w:eastAsia="ja-JP"/>
        </w:rPr>
        <w:t>□</w:t>
      </w:r>
      <w:r w:rsidR="008D38FF">
        <w:rPr>
          <w:rFonts w:hint="eastAsia"/>
          <w:lang w:eastAsia="ja-JP"/>
        </w:rPr>
        <w:t>薬剤特有の注意点（異常行動等）と対策の理解</w:t>
      </w:r>
    </w:p>
    <w:p w14:paraId="3BEE5FA1" w14:textId="471D62B3" w:rsidR="00E1401A" w:rsidRDefault="006B2A46">
      <w:pPr>
        <w:rPr>
          <w:lang w:eastAsia="ja-JP"/>
        </w:rPr>
      </w:pPr>
      <w:r>
        <w:rPr>
          <w:rFonts w:hint="eastAsia"/>
          <w:lang w:eastAsia="ja-JP"/>
        </w:rPr>
        <w:t>□異常行動等に対する</w:t>
      </w:r>
      <w:r>
        <w:rPr>
          <w:lang w:eastAsia="ja-JP"/>
        </w:rPr>
        <w:t>保護者等</w:t>
      </w:r>
      <w:r>
        <w:rPr>
          <w:rFonts w:hint="eastAsia"/>
          <w:lang w:eastAsia="ja-JP"/>
        </w:rPr>
        <w:t>の</w:t>
      </w:r>
      <w:r>
        <w:rPr>
          <w:lang w:eastAsia="ja-JP"/>
        </w:rPr>
        <w:t>理解</w:t>
      </w:r>
      <w:r>
        <w:rPr>
          <w:rFonts w:hint="eastAsia"/>
          <w:lang w:eastAsia="ja-JP"/>
        </w:rPr>
        <w:t>（必要時）</w:t>
      </w:r>
    </w:p>
    <w:p w14:paraId="5C46924B" w14:textId="77777777" w:rsidR="001C7306" w:rsidRDefault="001C7306">
      <w:pPr>
        <w:rPr>
          <w:lang w:eastAsia="ja-JP"/>
        </w:rPr>
      </w:pPr>
    </w:p>
    <w:p w14:paraId="6103C4C5" w14:textId="6E85CF21" w:rsidR="00E1401A" w:rsidRPr="0033326C" w:rsidRDefault="006B2A46">
      <w:pPr>
        <w:rPr>
          <w:b/>
          <w:bCs/>
          <w:lang w:eastAsia="ja-JP"/>
        </w:rPr>
      </w:pPr>
      <w:r w:rsidRPr="0033326C">
        <w:rPr>
          <w:b/>
          <w:bCs/>
          <w:lang w:eastAsia="ja-JP"/>
        </w:rPr>
        <w:t>【医療機関への情報提供事項】</w:t>
      </w:r>
    </w:p>
    <w:p w14:paraId="5CEA4E10" w14:textId="77777777" w:rsidR="006E5633" w:rsidRDefault="00B511A0" w:rsidP="00B511A0">
      <w:pPr>
        <w:rPr>
          <w:sz w:val="21"/>
          <w:szCs w:val="21"/>
          <w:lang w:eastAsia="ja-JP"/>
        </w:rPr>
      </w:pPr>
      <w:r w:rsidRPr="000F29C4">
        <w:rPr>
          <w:rFonts w:hint="eastAsia"/>
          <w:sz w:val="21"/>
          <w:szCs w:val="21"/>
          <w:lang w:eastAsia="ja-JP"/>
        </w:rPr>
        <w:t>□</w:t>
      </w:r>
      <w:r w:rsidRPr="000F29C4">
        <w:rPr>
          <w:rFonts w:hint="eastAsia"/>
          <w:sz w:val="21"/>
          <w:szCs w:val="21"/>
          <w:lang w:eastAsia="ja-JP"/>
        </w:rPr>
        <w:t xml:space="preserve"> </w:t>
      </w:r>
      <w:r w:rsidRPr="000F29C4">
        <w:rPr>
          <w:rFonts w:hint="eastAsia"/>
          <w:sz w:val="21"/>
          <w:szCs w:val="21"/>
          <w:lang w:eastAsia="ja-JP"/>
        </w:rPr>
        <w:t xml:space="preserve">問題なく吸入完了　</w:t>
      </w:r>
    </w:p>
    <w:p w14:paraId="581017A3" w14:textId="2F800270" w:rsidR="00B511A0" w:rsidRDefault="00B511A0" w:rsidP="00B511A0">
      <w:pPr>
        <w:rPr>
          <w:sz w:val="21"/>
          <w:szCs w:val="21"/>
          <w:lang w:eastAsia="ja-JP"/>
        </w:rPr>
      </w:pPr>
      <w:r w:rsidRPr="000F29C4">
        <w:rPr>
          <w:rFonts w:hint="eastAsia"/>
          <w:sz w:val="21"/>
          <w:szCs w:val="21"/>
          <w:lang w:eastAsia="ja-JP"/>
        </w:rPr>
        <w:t>□</w:t>
      </w:r>
      <w:r w:rsidRPr="000F29C4">
        <w:rPr>
          <w:rFonts w:hint="eastAsia"/>
          <w:sz w:val="21"/>
          <w:szCs w:val="21"/>
          <w:lang w:eastAsia="ja-JP"/>
        </w:rPr>
        <w:t xml:space="preserve"> </w:t>
      </w:r>
      <w:r w:rsidRPr="000F29C4">
        <w:rPr>
          <w:rFonts w:hint="eastAsia"/>
          <w:sz w:val="21"/>
          <w:szCs w:val="21"/>
          <w:lang w:eastAsia="ja-JP"/>
        </w:rPr>
        <w:t>一部介助にて吸入完了</w:t>
      </w:r>
    </w:p>
    <w:p w14:paraId="58CA08F9" w14:textId="77777777" w:rsidR="006E5633" w:rsidRPr="000F29C4" w:rsidRDefault="006E5633" w:rsidP="00B511A0">
      <w:pPr>
        <w:rPr>
          <w:sz w:val="21"/>
          <w:szCs w:val="21"/>
          <w:lang w:eastAsia="ja-JP"/>
        </w:rPr>
      </w:pPr>
    </w:p>
    <w:p w14:paraId="4AF0AF05" w14:textId="3F12637C" w:rsidR="00544ACD" w:rsidRDefault="000F29C4" w:rsidP="00B511A0">
      <w:pPr>
        <w:rPr>
          <w:b/>
          <w:bCs/>
          <w:lang w:eastAsia="ja-JP"/>
        </w:rPr>
      </w:pPr>
      <w:r w:rsidRPr="0033326C">
        <w:rPr>
          <w:rFonts w:hint="eastAsia"/>
          <w:b/>
          <w:bCs/>
          <w:lang w:eastAsia="ja-JP"/>
        </w:rPr>
        <w:t>【</w:t>
      </w:r>
      <w:r w:rsidR="00B511A0" w:rsidRPr="0033326C">
        <w:rPr>
          <w:rFonts w:hint="eastAsia"/>
          <w:b/>
          <w:bCs/>
          <w:lang w:eastAsia="ja-JP"/>
        </w:rPr>
        <w:t>特記事項</w:t>
      </w:r>
      <w:r w:rsidRPr="0033326C">
        <w:rPr>
          <w:rFonts w:hint="eastAsia"/>
          <w:b/>
          <w:bCs/>
          <w:lang w:eastAsia="ja-JP"/>
        </w:rPr>
        <w:t>】</w:t>
      </w:r>
    </w:p>
    <w:p w14:paraId="2AD8BB8D" w14:textId="77777777" w:rsidR="004F1B35" w:rsidRDefault="004F1B35" w:rsidP="00B511A0">
      <w:pPr>
        <w:rPr>
          <w:b/>
          <w:bCs/>
          <w:lang w:eastAsia="ja-JP"/>
        </w:rPr>
      </w:pPr>
    </w:p>
    <w:p w14:paraId="2870ECB3" w14:textId="77777777" w:rsidR="004F1B35" w:rsidRDefault="004F1B35" w:rsidP="00B511A0">
      <w:pPr>
        <w:rPr>
          <w:rFonts w:hint="eastAsia"/>
          <w:b/>
          <w:bCs/>
          <w:lang w:eastAsia="ja-JP"/>
        </w:rPr>
      </w:pPr>
    </w:p>
    <w:p w14:paraId="60EC2B32" w14:textId="77777777" w:rsidR="001C7306" w:rsidRDefault="001C7306" w:rsidP="00B511A0">
      <w:pPr>
        <w:rPr>
          <w:b/>
          <w:bCs/>
          <w:lang w:eastAsia="ja-JP"/>
        </w:rPr>
      </w:pPr>
    </w:p>
    <w:p w14:paraId="2DA5F320" w14:textId="11A9029A" w:rsidR="00E1401A" w:rsidRDefault="00E0292D">
      <w:pPr>
        <w:rPr>
          <w:lang w:eastAsia="ja-JP"/>
        </w:rPr>
      </w:pPr>
      <w:r>
        <w:rPr>
          <w:rFonts w:hint="eastAsia"/>
          <w:noProof/>
          <w:u w:val="single"/>
          <w:lang w:val="ja-JP"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7E941" wp14:editId="1E512060">
                <wp:simplePos x="0" y="0"/>
                <wp:positionH relativeFrom="column">
                  <wp:posOffset>-55245</wp:posOffset>
                </wp:positionH>
                <wp:positionV relativeFrom="paragraph">
                  <wp:posOffset>92710</wp:posOffset>
                </wp:positionV>
                <wp:extent cx="5638800" cy="38100"/>
                <wp:effectExtent l="0" t="0" r="19050" b="19050"/>
                <wp:wrapNone/>
                <wp:docPr id="49018447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38800" cy="38100"/>
                        </a:xfrm>
                        <a:prstGeom prst="line">
                          <a:avLst/>
                        </a:prstGeom>
                        <a:ln w="3175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E1661A" id="直線コネクタ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5pt,7.3pt" to="439.6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" strokecolor="black [3040]" strokeweight=".25pt"/>
            </w:pict>
          </mc:Fallback>
        </mc:AlternateContent>
      </w:r>
      <w:r w:rsidR="009854A9" w:rsidRPr="009854A9">
        <w:rPr>
          <w:rFonts w:hint="eastAsia"/>
          <w:u w:val="single"/>
          <w:lang w:eastAsia="ja-JP"/>
        </w:rPr>
        <w:t xml:space="preserve">　　　　　　　　　　　　</w:t>
      </w:r>
      <w:r w:rsidR="009854A9" w:rsidRPr="009854A9">
        <w:rPr>
          <w:rFonts w:hint="eastAsia"/>
          <w:lang w:eastAsia="ja-JP"/>
        </w:rPr>
        <w:t xml:space="preserve">　　　　　　　　　　　　　　　　　　　　　　　　　　　</w:t>
      </w:r>
    </w:p>
    <w:sectPr w:rsidR="00E1401A" w:rsidSect="00157B51">
      <w:footerReference w:type="default" r:id="rId8"/>
      <w:pgSz w:w="11906" w:h="16838" w:code="9"/>
      <w:pgMar w:top="1134" w:right="1797" w:bottom="1134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E508A" w14:textId="77777777" w:rsidR="00C405AF" w:rsidRDefault="00C405AF" w:rsidP="00E0292D">
      <w:pPr>
        <w:spacing w:after="0" w:line="240" w:lineRule="auto"/>
      </w:pPr>
      <w:r>
        <w:separator/>
      </w:r>
    </w:p>
  </w:endnote>
  <w:endnote w:type="continuationSeparator" w:id="0">
    <w:p w14:paraId="1B9069FE" w14:textId="77777777" w:rsidR="00C405AF" w:rsidRDefault="00C405AF" w:rsidP="00E02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0281" w14:textId="4D483A54" w:rsidR="00E0292D" w:rsidRDefault="00E0292D" w:rsidP="00E0292D">
    <w:pPr>
      <w:pStyle w:val="a7"/>
      <w:jc w:val="center"/>
      <w:rPr>
        <w:lang w:eastAsia="ja-JP"/>
      </w:rPr>
    </w:pPr>
    <w:r>
      <w:rPr>
        <w:rFonts w:hint="eastAsia"/>
        <w:lang w:eastAsia="ja-JP"/>
      </w:rPr>
      <w:t>保険薬局の先生へ　ご記入頂きましたら下記番号まで</w:t>
    </w:r>
    <w:r>
      <w:rPr>
        <w:rFonts w:hint="eastAsia"/>
        <w:lang w:eastAsia="ja-JP"/>
      </w:rPr>
      <w:t>FAX</w:t>
    </w:r>
    <w:r>
      <w:rPr>
        <w:rFonts w:hint="eastAsia"/>
        <w:lang w:eastAsia="ja-JP"/>
      </w:rPr>
      <w:t>送信をお願いします</w:t>
    </w:r>
  </w:p>
  <w:p w14:paraId="0345AECA" w14:textId="42EB79F2" w:rsidR="00E0292D" w:rsidRDefault="00E0292D" w:rsidP="00E0292D">
    <w:pPr>
      <w:pStyle w:val="a7"/>
      <w:jc w:val="center"/>
      <w:rPr>
        <w:lang w:eastAsia="ja-JP"/>
      </w:rPr>
    </w:pPr>
    <w:r>
      <w:rPr>
        <w:rFonts w:hint="eastAsia"/>
        <w:lang w:eastAsia="ja-JP"/>
      </w:rPr>
      <w:t xml:space="preserve">京丹後市立久美浜病院薬剤部　</w:t>
    </w:r>
    <w:r>
      <w:rPr>
        <w:rFonts w:hint="eastAsia"/>
        <w:lang w:eastAsia="ja-JP"/>
      </w:rPr>
      <w:t>FAX</w:t>
    </w:r>
    <w:r>
      <w:rPr>
        <w:rFonts w:hint="eastAsia"/>
        <w:lang w:eastAsia="ja-JP"/>
      </w:rPr>
      <w:t>：</w:t>
    </w:r>
    <w:r>
      <w:rPr>
        <w:rFonts w:hint="eastAsia"/>
        <w:lang w:eastAsia="ja-JP"/>
      </w:rPr>
      <w:t>0772-82-1503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97BFF" w14:textId="77777777" w:rsidR="00C405AF" w:rsidRDefault="00C405AF" w:rsidP="00E0292D">
      <w:pPr>
        <w:spacing w:after="0" w:line="240" w:lineRule="auto"/>
      </w:pPr>
      <w:r>
        <w:separator/>
      </w:r>
    </w:p>
  </w:footnote>
  <w:footnote w:type="continuationSeparator" w:id="0">
    <w:p w14:paraId="1EF6A24C" w14:textId="77777777" w:rsidR="00C405AF" w:rsidRDefault="00C405AF" w:rsidP="00E02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6444810">
    <w:abstractNumId w:val="8"/>
  </w:num>
  <w:num w:numId="2" w16cid:durableId="585042115">
    <w:abstractNumId w:val="6"/>
  </w:num>
  <w:num w:numId="3" w16cid:durableId="1571966091">
    <w:abstractNumId w:val="5"/>
  </w:num>
  <w:num w:numId="4" w16cid:durableId="1783918228">
    <w:abstractNumId w:val="4"/>
  </w:num>
  <w:num w:numId="5" w16cid:durableId="155532779">
    <w:abstractNumId w:val="7"/>
  </w:num>
  <w:num w:numId="6" w16cid:durableId="1940065947">
    <w:abstractNumId w:val="3"/>
  </w:num>
  <w:num w:numId="7" w16cid:durableId="1775437142">
    <w:abstractNumId w:val="2"/>
  </w:num>
  <w:num w:numId="8" w16cid:durableId="2044748122">
    <w:abstractNumId w:val="1"/>
  </w:num>
  <w:num w:numId="9" w16cid:durableId="145216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A4"/>
    <w:rsid w:val="00034616"/>
    <w:rsid w:val="0006063C"/>
    <w:rsid w:val="000629F7"/>
    <w:rsid w:val="00066E12"/>
    <w:rsid w:val="000B7477"/>
    <w:rsid w:val="000F29C4"/>
    <w:rsid w:val="0015074B"/>
    <w:rsid w:val="00157B51"/>
    <w:rsid w:val="001621B1"/>
    <w:rsid w:val="001631A1"/>
    <w:rsid w:val="001C7306"/>
    <w:rsid w:val="0022295F"/>
    <w:rsid w:val="0029639D"/>
    <w:rsid w:val="00326F90"/>
    <w:rsid w:val="0033326C"/>
    <w:rsid w:val="003943C8"/>
    <w:rsid w:val="003977BF"/>
    <w:rsid w:val="003D64F8"/>
    <w:rsid w:val="00404A8A"/>
    <w:rsid w:val="004A6516"/>
    <w:rsid w:val="004F1B35"/>
    <w:rsid w:val="005435D1"/>
    <w:rsid w:val="00544ACD"/>
    <w:rsid w:val="005944C0"/>
    <w:rsid w:val="005F1633"/>
    <w:rsid w:val="005F5541"/>
    <w:rsid w:val="006154EF"/>
    <w:rsid w:val="006173CD"/>
    <w:rsid w:val="00632856"/>
    <w:rsid w:val="006B2A46"/>
    <w:rsid w:val="006E5633"/>
    <w:rsid w:val="00785828"/>
    <w:rsid w:val="007A5E1D"/>
    <w:rsid w:val="008C0FD0"/>
    <w:rsid w:val="008D38FF"/>
    <w:rsid w:val="00907C9C"/>
    <w:rsid w:val="009854A9"/>
    <w:rsid w:val="00A22E53"/>
    <w:rsid w:val="00A7182F"/>
    <w:rsid w:val="00AA1D8D"/>
    <w:rsid w:val="00AB2933"/>
    <w:rsid w:val="00B47730"/>
    <w:rsid w:val="00B511A0"/>
    <w:rsid w:val="00BC6E9C"/>
    <w:rsid w:val="00C02DEC"/>
    <w:rsid w:val="00C1700F"/>
    <w:rsid w:val="00C35A6C"/>
    <w:rsid w:val="00C405AF"/>
    <w:rsid w:val="00C6042A"/>
    <w:rsid w:val="00CB0664"/>
    <w:rsid w:val="00D064BD"/>
    <w:rsid w:val="00D33523"/>
    <w:rsid w:val="00D624D3"/>
    <w:rsid w:val="00DD1DD5"/>
    <w:rsid w:val="00E0292D"/>
    <w:rsid w:val="00E1401A"/>
    <w:rsid w:val="00ED46E4"/>
    <w:rsid w:val="00F04543"/>
    <w:rsid w:val="00F432E1"/>
    <w:rsid w:val="00FC693F"/>
    <w:rsid w:val="00FD0982"/>
    <w:rsid w:val="00FD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4248E9"/>
  <w14:defaultImageDpi w14:val="300"/>
  <w15:docId w15:val="{04618BB7-9E50-41EA-98DA-10085B638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